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pPr>
      <w:r>
        <w:rPr>
          <w:rFonts w:ascii="Times New Roman" w:hAnsi="Times New Roman"/>
          <w:b/>
          <w:i w:val="0"/>
          <w:sz w:val="36"/>
        </w:rPr>
        <w:t>The American International Journal of Humanities and Social Sciences</w:t>
      </w:r>
    </w:p>
    <w:p>
      <w:pPr>
        <w:spacing w:line="360" w:lineRule="auto"/>
        <w:jc w:val="center"/>
      </w:pPr>
      <w:r>
        <w:rPr>
          <w:rFonts w:ascii="Times New Roman" w:hAnsi="Times New Roman"/>
          <w:b/>
          <w:i w:val="0"/>
          <w:sz w:val="28"/>
        </w:rPr>
        <w:t>(AIJHSS)</w:t>
      </w:r>
    </w:p>
    <w:p>
      <w:pPr>
        <w:spacing w:line="360" w:lineRule="auto"/>
        <w:jc w:val="center"/>
      </w:pPr>
      <w:r>
        <w:rPr>
          <w:rFonts w:ascii="Times New Roman" w:hAnsi="Times New Roman"/>
          <w:b/>
          <w:i w:val="0"/>
          <w:sz w:val="32"/>
        </w:rPr>
        <w:t>Official Article Template – English Version</w:t>
      </w:r>
    </w:p>
    <w:p>
      <w:pPr>
        <w:spacing w:line="360" w:lineRule="auto"/>
        <w:jc w:val="center"/>
      </w:pPr>
      <w:r>
        <w:rPr>
          <w:rFonts w:ascii="Times New Roman" w:hAnsi="Times New Roman"/>
          <w:b w:val="0"/>
          <w:i/>
          <w:sz w:val="22"/>
        </w:rPr>
        <w:t>Please replace all instructional and placeholder text with the content of your manuscript and delete the instructions before submission.</w:t>
      </w:r>
    </w:p>
    <w:p>
      <w:pPr>
        <w:spacing w:line="360" w:lineRule="auto"/>
        <w:jc w:val="center"/>
      </w:pPr>
      <w:r>
        <w:rPr>
          <w:rFonts w:ascii="Times New Roman" w:hAnsi="Times New Roman"/>
          <w:b/>
          <w:i w:val="0"/>
          <w:sz w:val="24"/>
        </w:rPr>
        <w:t>Journal Scope: Humanities and Social Sciences</w:t>
      </w:r>
    </w:p>
    <w:p>
      <w:pPr>
        <w:spacing w:line="360" w:lineRule="auto"/>
        <w:jc w:val="center"/>
      </w:pPr>
      <w:r>
        <w:rPr>
          <w:rFonts w:ascii="Times New Roman" w:hAnsi="Times New Roman"/>
          <w:b w:val="0"/>
          <w:i w:val="0"/>
          <w:sz w:val="22"/>
        </w:rPr>
        <w:t>The manuscript should make a clear scholarly contribution to a field within the humanities or social sciences and should conform to the journal's current Author Guidelines and peer-review policies.</w:t>
      </w:r>
    </w:p>
    <w:tbl>
      <w:tblPr>
        <w:tblStyle w:val="TableGrid"/>
        <w:tblW w:type="auto" w:w="0"/>
        <w:jc w:val="center"/>
        <w:tblLook w:firstColumn="1" w:firstRow="1" w:lastColumn="0" w:lastRow="0" w:noHBand="0" w:noVBand="1" w:val="04A0"/>
      </w:tblPr>
      <w:tblGrid>
        <w:gridCol w:w="4703"/>
        <w:gridCol w:w="4703"/>
      </w:tblGrid>
      <w:tr>
        <w:tc>
          <w:tcPr>
            <w:tcW w:type="dxa" w:w="4703"/>
            <w:vAlign w:val="center"/>
          </w:tcPr>
          <w:p>
            <w:pPr>
              <w:jc w:val="left"/>
            </w:pPr>
            <w:r>
              <w:rPr>
                <w:rFonts w:ascii="Times New Roman" w:hAnsi="Times New Roman"/>
                <w:sz w:val="24"/>
              </w:rPr>
              <w:t>Article Title</w:t>
            </w:r>
          </w:p>
        </w:tc>
        <w:tc>
          <w:tcPr>
            <w:tcW w:type="dxa" w:w="4703"/>
            <w:vAlign w:val="center"/>
          </w:tcPr>
          <w:p>
            <w:pPr>
              <w:jc w:val="left"/>
            </w:pPr>
            <w:r>
              <w:rPr>
                <w:rFonts w:ascii="Times New Roman" w:hAnsi="Times New Roman"/>
                <w:sz w:val="24"/>
              </w:rPr>
              <w:t>Enter a clear, precise, and informative title that accurately reflects the content of the study.</w:t>
            </w:r>
          </w:p>
        </w:tc>
      </w:tr>
      <w:tr>
        <w:tc>
          <w:tcPr>
            <w:tcW w:type="dxa" w:w="4703"/>
            <w:vAlign w:val="center"/>
          </w:tcPr>
          <w:p>
            <w:pPr>
              <w:jc w:val="left"/>
            </w:pPr>
            <w:r>
              <w:rPr>
                <w:rFonts w:ascii="Times New Roman" w:hAnsi="Times New Roman"/>
                <w:sz w:val="24"/>
              </w:rPr>
              <w:t>Author(s)</w:t>
            </w:r>
          </w:p>
        </w:tc>
        <w:tc>
          <w:tcPr>
            <w:tcW w:type="dxa" w:w="4703"/>
            <w:vAlign w:val="center"/>
          </w:tcPr>
          <w:p>
            <w:pPr>
              <w:jc w:val="left"/>
            </w:pPr>
            <w:r>
              <w:rPr>
                <w:rFonts w:ascii="Times New Roman" w:hAnsi="Times New Roman"/>
                <w:sz w:val="24"/>
              </w:rPr>
              <w:t>Full Name of First Author¹, Full Name of Second Author², ...</w:t>
            </w:r>
          </w:p>
        </w:tc>
      </w:tr>
      <w:tr>
        <w:tc>
          <w:tcPr>
            <w:tcW w:type="dxa" w:w="4703"/>
            <w:vAlign w:val="center"/>
          </w:tcPr>
          <w:p>
            <w:pPr>
              <w:jc w:val="left"/>
            </w:pPr>
            <w:r>
              <w:rPr>
                <w:rFonts w:ascii="Times New Roman" w:hAnsi="Times New Roman"/>
                <w:sz w:val="24"/>
              </w:rPr>
              <w:t>Academic Degree / Specialization</w:t>
            </w:r>
          </w:p>
        </w:tc>
        <w:tc>
          <w:tcPr>
            <w:tcW w:type="dxa" w:w="4703"/>
            <w:vAlign w:val="center"/>
          </w:tcPr>
          <w:p>
            <w:pPr>
              <w:jc w:val="left"/>
            </w:pPr>
            <w:r>
              <w:rPr>
                <w:rFonts w:ascii="Times New Roman" w:hAnsi="Times New Roman"/>
                <w:sz w:val="24"/>
              </w:rPr>
              <w:t>Academic degree, academic rank, specialization, and institutional affiliation.</w:t>
            </w:r>
          </w:p>
        </w:tc>
      </w:tr>
      <w:tr>
        <w:tc>
          <w:tcPr>
            <w:tcW w:type="dxa" w:w="4703"/>
            <w:vAlign w:val="center"/>
          </w:tcPr>
          <w:p>
            <w:pPr>
              <w:jc w:val="left"/>
            </w:pPr>
            <w:r>
              <w:rPr>
                <w:rFonts w:ascii="Times New Roman" w:hAnsi="Times New Roman"/>
                <w:sz w:val="24"/>
              </w:rPr>
              <w:t>Affiliation(s)</w:t>
            </w:r>
          </w:p>
        </w:tc>
        <w:tc>
          <w:tcPr>
            <w:tcW w:type="dxa" w:w="4703"/>
            <w:vAlign w:val="center"/>
          </w:tcPr>
          <w:p>
            <w:pPr>
              <w:jc w:val="left"/>
            </w:pPr>
            <w:r>
              <w:rPr>
                <w:rFonts w:ascii="Times New Roman" w:hAnsi="Times New Roman"/>
                <w:sz w:val="24"/>
              </w:rPr>
              <w:t>¹ Department, College/Institute, University/Research Center, City, Country</w:t>
            </w:r>
          </w:p>
        </w:tc>
      </w:tr>
      <w:tr>
        <w:tc>
          <w:tcPr>
            <w:tcW w:type="dxa" w:w="4703"/>
            <w:vAlign w:val="center"/>
          </w:tcPr>
          <w:p>
            <w:pPr>
              <w:jc w:val="left"/>
            </w:pPr>
            <w:r>
              <w:rPr>
                <w:rFonts w:ascii="Times New Roman" w:hAnsi="Times New Roman"/>
                <w:sz w:val="24"/>
              </w:rPr>
              <w:t>Corresponding Author</w:t>
            </w:r>
          </w:p>
        </w:tc>
        <w:tc>
          <w:tcPr>
            <w:tcW w:type="dxa" w:w="4703"/>
            <w:vAlign w:val="center"/>
          </w:tcPr>
          <w:p>
            <w:pPr>
              <w:jc w:val="left"/>
            </w:pPr>
            <w:r>
              <w:rPr>
                <w:rFonts w:ascii="Times New Roman" w:hAnsi="Times New Roman"/>
                <w:sz w:val="24"/>
              </w:rPr>
              <w:t>Email address and telephone number of the corresponding author.</w:t>
            </w:r>
          </w:p>
        </w:tc>
      </w:tr>
    </w:tbl>
    <w:p>
      <w:pPr>
        <w:spacing w:line="360" w:lineRule="auto"/>
        <w:jc w:val="left"/>
      </w:pPr>
      <w:r>
        <w:rPr>
          <w:rFonts w:ascii="Times New Roman" w:hAnsi="Times New Roman"/>
          <w:b/>
          <w:i w:val="0"/>
          <w:sz w:val="32"/>
        </w:rPr>
        <w:t>Abstract</w:t>
      </w:r>
    </w:p>
    <w:p>
      <w:pPr>
        <w:spacing w:line="360" w:lineRule="auto"/>
        <w:jc w:val="left"/>
      </w:pPr>
      <w:r>
        <w:rPr>
          <w:rFonts w:ascii="Times New Roman" w:hAnsi="Times New Roman"/>
          <w:b w:val="0"/>
          <w:i w:val="0"/>
          <w:sz w:val="26"/>
        </w:rPr>
        <w:t>Provide an abstract in English. The journal guidelines indicate a maximum of approximately 500 words and preferably require abstracts in both Arabic and English. The abstract should briefly present the research problem/background, significance or objective, methodology, and principal findings and conclusions. Do not include references, tables, or figures in the abstract.</w:t>
      </w:r>
    </w:p>
    <w:p>
      <w:pPr>
        <w:spacing w:line="360" w:lineRule="auto"/>
        <w:jc w:val="left"/>
      </w:pPr>
      <w:r>
        <w:rPr>
          <w:rFonts w:ascii="Times New Roman" w:hAnsi="Times New Roman"/>
          <w:b w:val="0"/>
          <w:i w:val="0"/>
          <w:sz w:val="26"/>
        </w:rPr>
        <w:t>Keywords: keyword one; keyword two; keyword three; keyword four; keyword five.</w:t>
      </w:r>
    </w:p>
    <w:p>
      <w:pPr>
        <w:spacing w:line="360" w:lineRule="auto"/>
        <w:jc w:val="left"/>
      </w:pPr>
      <w:r>
        <w:rPr>
          <w:rFonts w:ascii="Times New Roman" w:hAnsi="Times New Roman"/>
          <w:b/>
          <w:i w:val="0"/>
          <w:sz w:val="32"/>
        </w:rPr>
        <w:t>1. Introduction</w:t>
      </w:r>
    </w:p>
    <w:p>
      <w:pPr>
        <w:spacing w:line="360" w:lineRule="auto"/>
        <w:jc w:val="left"/>
      </w:pPr>
      <w:r>
        <w:rPr>
          <w:rFonts w:ascii="Times New Roman" w:hAnsi="Times New Roman"/>
          <w:b w:val="0"/>
          <w:i w:val="0"/>
          <w:sz w:val="28"/>
        </w:rPr>
        <w:t>Introduce the research topic and its scholarly context. Explain the background, central issue, and rationale of the study. Establish the relevance of the topic to the humanities or social sciences and clearly identify the research gap and the contribution expected from the study.</w:t>
      </w:r>
    </w:p>
    <w:p>
      <w:pPr>
        <w:spacing w:line="360" w:lineRule="auto"/>
        <w:jc w:val="left"/>
      </w:pPr>
      <w:r>
        <w:rPr>
          <w:rFonts w:ascii="Times New Roman" w:hAnsi="Times New Roman"/>
          <w:b/>
          <w:i w:val="0"/>
          <w:sz w:val="32"/>
        </w:rPr>
        <w:t>2. Research Problem</w:t>
      </w:r>
    </w:p>
    <w:p>
      <w:pPr>
        <w:spacing w:line="360" w:lineRule="auto"/>
        <w:jc w:val="left"/>
      </w:pPr>
      <w:r>
        <w:rPr>
          <w:rFonts w:ascii="Times New Roman" w:hAnsi="Times New Roman"/>
          <w:b w:val="0"/>
          <w:i w:val="0"/>
          <w:sz w:val="28"/>
        </w:rPr>
        <w:t>State the research problem clearly and precisely. Explain the issue, question, phenomenon, or gap that the study seeks to investigate. Where appropriate, formulate the main research question and its sub-questions.</w:t>
      </w:r>
    </w:p>
    <w:p>
      <w:pPr>
        <w:spacing w:line="360" w:lineRule="auto"/>
        <w:jc w:val="left"/>
      </w:pPr>
      <w:r>
        <w:rPr>
          <w:rFonts w:ascii="Times New Roman" w:hAnsi="Times New Roman"/>
          <w:b/>
          <w:i w:val="0"/>
          <w:sz w:val="32"/>
        </w:rPr>
        <w:t>3. Significance of the Study</w:t>
      </w:r>
    </w:p>
    <w:p>
      <w:pPr>
        <w:spacing w:line="360" w:lineRule="auto"/>
        <w:jc w:val="left"/>
      </w:pPr>
      <w:r>
        <w:rPr>
          <w:rFonts w:ascii="Times New Roman" w:hAnsi="Times New Roman"/>
          <w:b w:val="0"/>
          <w:i w:val="0"/>
          <w:sz w:val="28"/>
        </w:rPr>
        <w:t>Explain the scientific, theoretical, methodological, practical, social, cultural, historical, legal, educational, economic, or other significance of the study, as appropriate to the discipline.</w:t>
      </w:r>
    </w:p>
    <w:p>
      <w:pPr>
        <w:spacing w:line="360" w:lineRule="auto"/>
        <w:jc w:val="left"/>
      </w:pPr>
      <w:r>
        <w:rPr>
          <w:rFonts w:ascii="Times New Roman" w:hAnsi="Times New Roman"/>
          <w:b/>
          <w:i w:val="0"/>
          <w:sz w:val="32"/>
        </w:rPr>
        <w:t>4. Research Objectives</w:t>
      </w:r>
    </w:p>
    <w:p>
      <w:pPr>
        <w:spacing w:line="360" w:lineRule="auto"/>
        <w:jc w:val="left"/>
      </w:pPr>
      <w:r>
        <w:rPr>
          <w:rFonts w:ascii="Times New Roman" w:hAnsi="Times New Roman"/>
          <w:b w:val="0"/>
          <w:i w:val="0"/>
          <w:sz w:val="28"/>
        </w:rPr>
        <w:t>List the main and specific objectives of the study. Objectives should be clear, measurable where applicable, and directly connected to the research problem.</w:t>
      </w:r>
    </w:p>
    <w:p>
      <w:pPr>
        <w:spacing w:line="360" w:lineRule="auto"/>
        <w:jc w:val="left"/>
      </w:pPr>
      <w:r>
        <w:rPr>
          <w:rFonts w:ascii="Times New Roman" w:hAnsi="Times New Roman"/>
          <w:b/>
          <w:i w:val="0"/>
          <w:sz w:val="32"/>
        </w:rPr>
        <w:t>5. Research Questions / Hypotheses</w:t>
      </w:r>
    </w:p>
    <w:p>
      <w:pPr>
        <w:spacing w:line="360" w:lineRule="auto"/>
        <w:jc w:val="left"/>
      </w:pPr>
      <w:r>
        <w:rPr>
          <w:rFonts w:ascii="Times New Roman" w:hAnsi="Times New Roman"/>
          <w:b w:val="0"/>
          <w:i w:val="0"/>
          <w:sz w:val="28"/>
        </w:rPr>
        <w:t>Present the research questions and/or hypotheses where appropriate. Qualitative, historical, legal, philosophical, literary, and other humanities studies may use research questions rather than hypotheses when appropriate.</w:t>
      </w:r>
    </w:p>
    <w:p>
      <w:pPr>
        <w:spacing w:line="360" w:lineRule="auto"/>
        <w:jc w:val="left"/>
      </w:pPr>
      <w:r>
        <w:rPr>
          <w:rFonts w:ascii="Times New Roman" w:hAnsi="Times New Roman"/>
          <w:b/>
          <w:i w:val="0"/>
          <w:sz w:val="32"/>
        </w:rPr>
        <w:t>6. Previous Studies / Literature Review</w:t>
      </w:r>
    </w:p>
    <w:p>
      <w:pPr>
        <w:spacing w:line="360" w:lineRule="auto"/>
        <w:jc w:val="left"/>
      </w:pPr>
      <w:r>
        <w:rPr>
          <w:rFonts w:ascii="Times New Roman" w:hAnsi="Times New Roman"/>
          <w:b w:val="0"/>
          <w:i w:val="0"/>
          <w:sz w:val="28"/>
        </w:rPr>
        <w:t>Review the most relevant scholarly literature and previous studies. Organize the literature thematically or analytically rather than merely listing studies. Identify areas of agreement and disagreement, methodological gaps, and the specific contribution of the present study.</w:t>
      </w:r>
    </w:p>
    <w:p>
      <w:pPr>
        <w:spacing w:line="360" w:lineRule="auto"/>
        <w:jc w:val="left"/>
      </w:pPr>
      <w:r>
        <w:rPr>
          <w:rFonts w:ascii="Times New Roman" w:hAnsi="Times New Roman"/>
          <w:b/>
          <w:i w:val="0"/>
          <w:sz w:val="32"/>
        </w:rPr>
        <w:t>7. Research Methodology</w:t>
      </w:r>
    </w:p>
    <w:p>
      <w:pPr>
        <w:spacing w:line="360" w:lineRule="auto"/>
        <w:jc w:val="left"/>
      </w:pPr>
      <w:r>
        <w:rPr>
          <w:rFonts w:ascii="Times New Roman" w:hAnsi="Times New Roman"/>
          <w:b w:val="0"/>
          <w:i w:val="0"/>
          <w:sz w:val="28"/>
        </w:rPr>
        <w:t>Describe the methodology and research design. Specify the approach, sources, population and sample where applicable, data collection procedures, analytical framework, instruments, and methods of analysis. For historical and documentary research, identify the primary sources, archival materials, documents, and methods of source criticism where relevant.</w:t>
      </w:r>
    </w:p>
    <w:p>
      <w:pPr>
        <w:spacing w:line="360" w:lineRule="auto"/>
        <w:jc w:val="left"/>
      </w:pPr>
      <w:r>
        <w:rPr>
          <w:rFonts w:ascii="Times New Roman" w:hAnsi="Times New Roman"/>
          <w:b/>
          <w:i w:val="0"/>
          <w:sz w:val="32"/>
        </w:rPr>
        <w:t>8. Research Tools / Data Sources</w:t>
      </w:r>
    </w:p>
    <w:p>
      <w:pPr>
        <w:spacing w:line="360" w:lineRule="auto"/>
        <w:jc w:val="left"/>
      </w:pPr>
      <w:r>
        <w:rPr>
          <w:rFonts w:ascii="Times New Roman" w:hAnsi="Times New Roman"/>
          <w:b w:val="0"/>
          <w:i w:val="0"/>
          <w:sz w:val="28"/>
        </w:rPr>
        <w:t>Describe the instruments, questionnaires, interviews, observation forms, archival records, documentary sources, databases, or other materials used to collect and analyze evidence, as applicable.</w:t>
      </w:r>
    </w:p>
    <w:p>
      <w:pPr>
        <w:spacing w:line="360" w:lineRule="auto"/>
        <w:jc w:val="left"/>
      </w:pPr>
      <w:r>
        <w:rPr>
          <w:rFonts w:ascii="Times New Roman" w:hAnsi="Times New Roman"/>
          <w:b/>
          <w:i w:val="0"/>
          <w:sz w:val="32"/>
        </w:rPr>
        <w:t>9. Main Text / Analysis</w:t>
      </w:r>
    </w:p>
    <w:p>
      <w:pPr>
        <w:spacing w:line="360" w:lineRule="auto"/>
        <w:jc w:val="left"/>
      </w:pPr>
      <w:r>
        <w:rPr>
          <w:rFonts w:ascii="Times New Roman" w:hAnsi="Times New Roman"/>
          <w:b w:val="0"/>
          <w:i w:val="0"/>
          <w:sz w:val="28"/>
        </w:rPr>
        <w:t>Present the main body of the research in logically organized sections and subsections. Use descriptive and analytical headings appropriate to the discipline. Support interpretations with evidence and appropriate scholarly citations.</w:t>
      </w:r>
    </w:p>
    <w:p>
      <w:pPr>
        <w:spacing w:line="360" w:lineRule="auto"/>
        <w:jc w:val="left"/>
      </w:pPr>
      <w:r>
        <w:rPr>
          <w:rFonts w:ascii="Times New Roman" w:hAnsi="Times New Roman"/>
          <w:b/>
          <w:i w:val="0"/>
          <w:sz w:val="32"/>
        </w:rPr>
        <w:t>10. Results / Findings</w:t>
      </w:r>
    </w:p>
    <w:p>
      <w:pPr>
        <w:spacing w:line="360" w:lineRule="auto"/>
        <w:jc w:val="left"/>
      </w:pPr>
      <w:r>
        <w:rPr>
          <w:rFonts w:ascii="Times New Roman" w:hAnsi="Times New Roman"/>
          <w:b w:val="0"/>
          <w:i w:val="0"/>
          <w:sz w:val="28"/>
        </w:rPr>
        <w:t>Present the principal findings clearly and systematically. Where the study is theoretical, historical, legal, philosophical, or qualitative, this section may be integrated with the analysis when a separate results section is not methodologically appropriate.</w:t>
      </w:r>
    </w:p>
    <w:p>
      <w:pPr>
        <w:spacing w:line="360" w:lineRule="auto"/>
        <w:jc w:val="center"/>
      </w:pPr>
      <w:r>
        <w:rPr>
          <w:rFonts w:ascii="Times New Roman" w:hAnsi="Times New Roman"/>
          <w:b/>
          <w:i w:val="0"/>
          <w:sz w:val="24"/>
        </w:rPr>
        <w:t>Table 1. Title of the table</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tcPr>
          <w:p>
            <w:pPr>
              <w:jc w:val="center"/>
            </w:pPr>
            <w:r>
              <w:rPr>
                <w:rFonts w:ascii="Times New Roman" w:hAnsi="Times New Roman"/>
                <w:sz w:val="24"/>
              </w:rPr>
              <w:t>Category</w:t>
            </w:r>
          </w:p>
        </w:tc>
        <w:tc>
          <w:tcPr>
            <w:tcW w:type="dxa" w:w="2351"/>
          </w:tcPr>
          <w:p>
            <w:pPr>
              <w:jc w:val="center"/>
            </w:pPr>
            <w:r>
              <w:rPr>
                <w:rFonts w:ascii="Times New Roman" w:hAnsi="Times New Roman"/>
                <w:sz w:val="24"/>
              </w:rPr>
              <w:t>Result / Value</w:t>
            </w:r>
          </w:p>
        </w:tc>
        <w:tc>
          <w:tcPr>
            <w:tcW w:type="dxa" w:w="2351"/>
          </w:tcPr>
          <w:p>
            <w:pPr>
              <w:jc w:val="center"/>
            </w:pPr>
            <w:r>
              <w:rPr>
                <w:rFonts w:ascii="Times New Roman" w:hAnsi="Times New Roman"/>
                <w:sz w:val="24"/>
              </w:rPr>
              <w:t>Source</w:t>
            </w:r>
          </w:p>
        </w:tc>
        <w:tc>
          <w:tcPr>
            <w:tcW w:type="dxa" w:w="2351"/>
          </w:tcPr>
          <w:p>
            <w:pPr>
              <w:jc w:val="center"/>
            </w:pPr>
            <w:r>
              <w:rPr>
                <w:rFonts w:ascii="Times New Roman" w:hAnsi="Times New Roman"/>
                <w:sz w:val="24"/>
              </w:rPr>
              <w:t>Note</w:t>
            </w:r>
          </w:p>
        </w:tc>
      </w:tr>
      <w:tr>
        <w:tc>
          <w:tcPr>
            <w:tcW w:type="dxa" w:w="2351"/>
          </w:tcPr>
          <w:p>
            <w:pPr>
              <w:jc w:val="center"/>
            </w:pPr>
            <w:r>
              <w:rPr>
                <w:rFonts w:ascii="Times New Roman" w:hAnsi="Times New Roman"/>
                <w:sz w:val="24"/>
              </w:rPr>
              <w:t>—</w:t>
            </w:r>
          </w:p>
        </w:tc>
        <w:tc>
          <w:tcPr>
            <w:tcW w:type="dxa" w:w="2351"/>
          </w:tcPr>
          <w:p>
            <w:pPr>
              <w:jc w:val="center"/>
            </w:pPr>
            <w:r>
              <w:rPr>
                <w:rFonts w:ascii="Times New Roman" w:hAnsi="Times New Roman"/>
                <w:sz w:val="24"/>
              </w:rPr>
              <w:t>—</w:t>
            </w:r>
          </w:p>
        </w:tc>
        <w:tc>
          <w:tcPr>
            <w:tcW w:type="dxa" w:w="2351"/>
          </w:tcPr>
          <w:p>
            <w:pPr>
              <w:jc w:val="center"/>
            </w:pPr>
            <w:r>
              <w:rPr>
                <w:rFonts w:ascii="Times New Roman" w:hAnsi="Times New Roman"/>
                <w:sz w:val="24"/>
              </w:rPr>
              <w:t>—</w:t>
            </w:r>
          </w:p>
        </w:tc>
        <w:tc>
          <w:tcPr>
            <w:tcW w:type="dxa" w:w="2351"/>
          </w:tcPr>
          <w:p>
            <w:pPr>
              <w:jc w:val="center"/>
            </w:pPr>
            <w:r>
              <w:rPr>
                <w:rFonts w:ascii="Times New Roman" w:hAnsi="Times New Roman"/>
                <w:sz w:val="24"/>
              </w:rPr>
              <w:t>—</w:t>
            </w:r>
          </w:p>
        </w:tc>
      </w:tr>
      <w:tr>
        <w:tc>
          <w:tcPr>
            <w:tcW w:type="dxa" w:w="2351"/>
          </w:tcPr>
          <w:p>
            <w:pPr>
              <w:jc w:val="center"/>
            </w:pPr>
            <w:r>
              <w:rPr>
                <w:rFonts w:ascii="Times New Roman" w:hAnsi="Times New Roman"/>
                <w:sz w:val="24"/>
              </w:rPr>
              <w:t>—</w:t>
            </w:r>
          </w:p>
        </w:tc>
        <w:tc>
          <w:tcPr>
            <w:tcW w:type="dxa" w:w="2351"/>
          </w:tcPr>
          <w:p>
            <w:pPr>
              <w:jc w:val="center"/>
            </w:pPr>
            <w:r>
              <w:rPr>
                <w:rFonts w:ascii="Times New Roman" w:hAnsi="Times New Roman"/>
                <w:sz w:val="24"/>
              </w:rPr>
              <w:t>—</w:t>
            </w:r>
          </w:p>
        </w:tc>
        <w:tc>
          <w:tcPr>
            <w:tcW w:type="dxa" w:w="2351"/>
          </w:tcPr>
          <w:p>
            <w:pPr>
              <w:jc w:val="center"/>
            </w:pPr>
            <w:r>
              <w:rPr>
                <w:rFonts w:ascii="Times New Roman" w:hAnsi="Times New Roman"/>
                <w:sz w:val="24"/>
              </w:rPr>
              <w:t>—</w:t>
            </w:r>
          </w:p>
        </w:tc>
        <w:tc>
          <w:tcPr>
            <w:tcW w:type="dxa" w:w="2351"/>
          </w:tcPr>
          <w:p>
            <w:pPr>
              <w:jc w:val="center"/>
            </w:pPr>
            <w:r>
              <w:rPr>
                <w:rFonts w:ascii="Times New Roman" w:hAnsi="Times New Roman"/>
                <w:sz w:val="24"/>
              </w:rPr>
              <w:t>—</w:t>
            </w:r>
          </w:p>
        </w:tc>
      </w:tr>
    </w:tbl>
    <w:p>
      <w:pPr>
        <w:spacing w:line="360" w:lineRule="auto"/>
        <w:jc w:val="center"/>
      </w:pPr>
      <w:r>
        <w:rPr>
          <w:rFonts w:ascii="Times New Roman" w:hAnsi="Times New Roman"/>
          <w:b/>
          <w:i w:val="0"/>
          <w:sz w:val="24"/>
        </w:rPr>
        <w:t>Figure 1. Title of the figure</w:t>
      </w:r>
    </w:p>
    <w:p>
      <w:pPr>
        <w:spacing w:line="360" w:lineRule="auto"/>
        <w:jc w:val="center"/>
      </w:pPr>
      <w:r>
        <w:rPr>
          <w:rFonts w:ascii="Times New Roman" w:hAnsi="Times New Roman"/>
          <w:b w:val="0"/>
          <w:i w:val="0"/>
          <w:sz w:val="24"/>
        </w:rPr>
        <w:t>[Insert figure, chart, map, photograph, or diagram here when applicable]</w:t>
      </w:r>
    </w:p>
    <w:p>
      <w:pPr>
        <w:spacing w:line="360" w:lineRule="auto"/>
        <w:jc w:val="left"/>
      </w:pPr>
      <w:r>
        <w:rPr>
          <w:rFonts w:ascii="Times New Roman" w:hAnsi="Times New Roman"/>
          <w:b/>
          <w:i w:val="0"/>
          <w:sz w:val="32"/>
        </w:rPr>
        <w:t>11. Discussion</w:t>
      </w:r>
    </w:p>
    <w:p>
      <w:pPr>
        <w:spacing w:line="360" w:lineRule="auto"/>
        <w:jc w:val="left"/>
      </w:pPr>
      <w:r>
        <w:rPr>
          <w:rFonts w:ascii="Times New Roman" w:hAnsi="Times New Roman"/>
          <w:b w:val="0"/>
          <w:i w:val="0"/>
          <w:sz w:val="28"/>
        </w:rPr>
        <w:t>Interpret and discuss the findings in relation to the research questions, hypotheses, theoretical framework, and previous studies. Explain the significance of the findings and, where appropriate, their implications for theory, practice, policy, society, culture, education, or further research.</w:t>
      </w:r>
    </w:p>
    <w:p>
      <w:pPr>
        <w:spacing w:line="360" w:lineRule="auto"/>
        <w:jc w:val="left"/>
      </w:pPr>
      <w:r>
        <w:rPr>
          <w:rFonts w:ascii="Times New Roman" w:hAnsi="Times New Roman"/>
          <w:b/>
          <w:i w:val="0"/>
          <w:sz w:val="32"/>
        </w:rPr>
        <w:t>12. Conclusion</w:t>
      </w:r>
    </w:p>
    <w:p>
      <w:pPr>
        <w:spacing w:line="360" w:lineRule="auto"/>
        <w:jc w:val="left"/>
      </w:pPr>
      <w:r>
        <w:rPr>
          <w:rFonts w:ascii="Times New Roman" w:hAnsi="Times New Roman"/>
          <w:b w:val="0"/>
          <w:i w:val="0"/>
          <w:sz w:val="28"/>
        </w:rPr>
        <w:t>Summarize the main conclusions derived from the study. The conclusion should answer the research questions and reflect the evidence presented in the manuscript without introducing unsupported new claims.</w:t>
      </w:r>
    </w:p>
    <w:p>
      <w:pPr>
        <w:spacing w:line="360" w:lineRule="auto"/>
        <w:jc w:val="left"/>
      </w:pPr>
      <w:r>
        <w:rPr>
          <w:rFonts w:ascii="Times New Roman" w:hAnsi="Times New Roman"/>
          <w:b/>
          <w:i w:val="0"/>
          <w:sz w:val="32"/>
        </w:rPr>
        <w:t>13. Recommendations</w:t>
      </w:r>
    </w:p>
    <w:p>
      <w:pPr>
        <w:spacing w:line="360" w:lineRule="auto"/>
        <w:jc w:val="left"/>
      </w:pPr>
      <w:r>
        <w:rPr>
          <w:rFonts w:ascii="Times New Roman" w:hAnsi="Times New Roman"/>
          <w:b w:val="0"/>
          <w:i w:val="0"/>
          <w:sz w:val="28"/>
        </w:rPr>
        <w:t>Provide practical, academic, institutional, policy, or other recommendations that follow directly from the findings. Include this section when appropriate to the nature of the research.</w:t>
      </w:r>
    </w:p>
    <w:p>
      <w:pPr>
        <w:spacing w:line="360" w:lineRule="auto"/>
        <w:jc w:val="left"/>
      </w:pPr>
      <w:r>
        <w:rPr>
          <w:rFonts w:ascii="Times New Roman" w:hAnsi="Times New Roman"/>
          <w:b/>
          <w:i w:val="0"/>
          <w:sz w:val="32"/>
        </w:rPr>
        <w:t>14. Suggestions for Future Research</w:t>
      </w:r>
    </w:p>
    <w:p>
      <w:pPr>
        <w:spacing w:line="360" w:lineRule="auto"/>
        <w:jc w:val="left"/>
      </w:pPr>
      <w:r>
        <w:rPr>
          <w:rFonts w:ascii="Times New Roman" w:hAnsi="Times New Roman"/>
          <w:b w:val="0"/>
          <w:i w:val="0"/>
          <w:sz w:val="28"/>
        </w:rPr>
        <w:t>Identify areas that require further investigation and propose possible directions for future research.</w:t>
      </w:r>
    </w:p>
    <w:p>
      <w:pPr>
        <w:spacing w:line="360" w:lineRule="auto"/>
        <w:jc w:val="left"/>
      </w:pPr>
      <w:r>
        <w:rPr>
          <w:rFonts w:ascii="Times New Roman" w:hAnsi="Times New Roman"/>
          <w:b/>
          <w:i w:val="0"/>
          <w:sz w:val="32"/>
        </w:rPr>
        <w:t>15. Acknowledgements</w:t>
      </w:r>
    </w:p>
    <w:p>
      <w:pPr>
        <w:spacing w:line="360" w:lineRule="auto"/>
        <w:jc w:val="left"/>
      </w:pPr>
      <w:r>
        <w:rPr>
          <w:rFonts w:ascii="Times New Roman" w:hAnsi="Times New Roman"/>
          <w:b w:val="0"/>
          <w:i w:val="0"/>
          <w:sz w:val="28"/>
        </w:rPr>
        <w:t>Acknowledge institutions, funding bodies, research assistants, or individuals who made a substantive contribution to the research, where applicable.</w:t>
      </w:r>
    </w:p>
    <w:p>
      <w:pPr>
        <w:spacing w:line="360" w:lineRule="auto"/>
        <w:jc w:val="left"/>
      </w:pPr>
      <w:r>
        <w:rPr>
          <w:rFonts w:ascii="Times New Roman" w:hAnsi="Times New Roman"/>
          <w:b/>
          <w:i w:val="0"/>
          <w:sz w:val="32"/>
        </w:rPr>
        <w:t>16. Conflict of Interest</w:t>
      </w:r>
    </w:p>
    <w:p>
      <w:pPr>
        <w:spacing w:line="360" w:lineRule="auto"/>
        <w:jc w:val="left"/>
      </w:pPr>
      <w:r>
        <w:rPr>
          <w:rFonts w:ascii="Times New Roman" w:hAnsi="Times New Roman"/>
          <w:b w:val="0"/>
          <w:i w:val="0"/>
          <w:sz w:val="28"/>
        </w:rPr>
        <w:t>Authors should disclose any actual or potential conflict of interest. Example: The authors declare that there is no conflict of interest related to this study.</w:t>
      </w:r>
    </w:p>
    <w:p>
      <w:pPr>
        <w:spacing w:line="360" w:lineRule="auto"/>
        <w:jc w:val="left"/>
      </w:pPr>
      <w:r>
        <w:rPr>
          <w:rFonts w:ascii="Times New Roman" w:hAnsi="Times New Roman"/>
          <w:b/>
          <w:i w:val="0"/>
          <w:sz w:val="32"/>
        </w:rPr>
        <w:t>17. Funding</w:t>
      </w:r>
    </w:p>
    <w:p>
      <w:pPr>
        <w:spacing w:line="360" w:lineRule="auto"/>
        <w:jc w:val="left"/>
      </w:pPr>
      <w:r>
        <w:rPr>
          <w:rFonts w:ascii="Times New Roman" w:hAnsi="Times New Roman"/>
          <w:b w:val="0"/>
          <w:i w:val="0"/>
          <w:sz w:val="28"/>
        </w:rPr>
        <w:t>State the source of financial support, if any. Example: This research received no external funding.</w:t>
      </w:r>
    </w:p>
    <w:p>
      <w:pPr>
        <w:spacing w:line="360" w:lineRule="auto"/>
        <w:jc w:val="left"/>
      </w:pPr>
      <w:r>
        <w:rPr>
          <w:rFonts w:ascii="Times New Roman" w:hAnsi="Times New Roman"/>
          <w:b/>
          <w:i w:val="0"/>
          <w:sz w:val="32"/>
        </w:rPr>
        <w:t>18. Author Contributions</w:t>
      </w:r>
    </w:p>
    <w:p>
      <w:pPr>
        <w:spacing w:line="360" w:lineRule="auto"/>
        <w:jc w:val="left"/>
      </w:pPr>
      <w:r>
        <w:rPr>
          <w:rFonts w:ascii="Times New Roman" w:hAnsi="Times New Roman"/>
          <w:b w:val="0"/>
          <w:i w:val="0"/>
          <w:sz w:val="28"/>
        </w:rPr>
        <w:t>For multi-author manuscripts, briefly describe each author's contribution to the conception, methodology, data collection, analysis, writing, revision, and final approval of the manuscript.</w:t>
      </w:r>
    </w:p>
    <w:p>
      <w:pPr>
        <w:spacing w:line="360" w:lineRule="auto"/>
        <w:jc w:val="left"/>
      </w:pPr>
      <w:r>
        <w:rPr>
          <w:rFonts w:ascii="Times New Roman" w:hAnsi="Times New Roman"/>
          <w:b/>
          <w:i w:val="0"/>
          <w:sz w:val="32"/>
        </w:rPr>
        <w:t>19. Appendices</w:t>
      </w:r>
    </w:p>
    <w:p>
      <w:pPr>
        <w:spacing w:line="360" w:lineRule="auto"/>
        <w:jc w:val="left"/>
      </w:pPr>
      <w:r>
        <w:rPr>
          <w:rFonts w:ascii="Times New Roman" w:hAnsi="Times New Roman"/>
          <w:b w:val="0"/>
          <w:i w:val="0"/>
          <w:sz w:val="28"/>
        </w:rPr>
        <w:t>Place supplementary material, instruments, extended tables, documentary excerpts, or other supporting materials here when necessary. Appendices should appear after the reference list.</w:t>
      </w:r>
    </w:p>
    <w:p>
      <w:pPr>
        <w:spacing w:line="360" w:lineRule="auto"/>
        <w:jc w:val="left"/>
      </w:pPr>
      <w:r>
        <w:rPr>
          <w:rFonts w:ascii="Times New Roman" w:hAnsi="Times New Roman"/>
          <w:b/>
          <w:i w:val="0"/>
          <w:sz w:val="32"/>
        </w:rPr>
        <w:t>20. References</w:t>
      </w:r>
    </w:p>
    <w:p>
      <w:pPr>
        <w:spacing w:line="360" w:lineRule="auto"/>
        <w:jc w:val="left"/>
      </w:pPr>
      <w:r>
        <w:rPr>
          <w:rFonts w:ascii="Times New Roman" w:hAnsi="Times New Roman"/>
          <w:b w:val="0"/>
          <w:i w:val="0"/>
          <w:sz w:val="26"/>
        </w:rPr>
        <w:t>The journal uses the American Psychological Association (APA), 7th edition, for in-text citations and references. Arrange the reference list alphabetically and ensure that every source cited in the text appears in the reference list and vice versa.</w:t>
      </w:r>
    </w:p>
    <w:p>
      <w:pPr>
        <w:spacing w:line="360" w:lineRule="auto"/>
        <w:jc w:val="left"/>
      </w:pPr>
      <w:r>
        <w:rPr>
          <w:rFonts w:ascii="Times New Roman" w:hAnsi="Times New Roman"/>
          <w:b w:val="0"/>
          <w:i w:val="0"/>
          <w:sz w:val="24"/>
        </w:rPr>
        <w:t>Example – Journal Article:</w:t>
        <w:br/>
        <w:t>Author, A. A. (Year). Title of the article. Journal Title, volume(issue), page–page. https://doi.org/xxxxx</w:t>
      </w:r>
    </w:p>
    <w:p>
      <w:pPr>
        <w:spacing w:line="360" w:lineRule="auto"/>
        <w:jc w:val="left"/>
      </w:pPr>
      <w:r>
        <w:rPr>
          <w:rFonts w:ascii="Times New Roman" w:hAnsi="Times New Roman"/>
          <w:b w:val="0"/>
          <w:i w:val="0"/>
          <w:sz w:val="24"/>
        </w:rPr>
        <w:t>Example – Book:</w:t>
        <w:br/>
        <w:t>Author, A. A. (Year). Title of the book. Publisher.</w:t>
      </w:r>
    </w:p>
    <w:p>
      <w:pPr>
        <w:spacing w:line="360" w:lineRule="auto"/>
        <w:jc w:val="left"/>
      </w:pPr>
      <w:r>
        <w:rPr>
          <w:rFonts w:ascii="Times New Roman" w:hAnsi="Times New Roman"/>
          <w:b w:val="0"/>
          <w:i w:val="0"/>
          <w:sz w:val="24"/>
        </w:rPr>
        <w:t>Example – Web Source:</w:t>
        <w:br/>
        <w:t>Author/Organization. (Year, Month Day). Title of page. Website Name. URL</w:t>
      </w:r>
    </w:p>
    <w:p>
      <w:pPr>
        <w:spacing w:line="360" w:lineRule="auto"/>
        <w:jc w:val="left"/>
      </w:pPr>
      <w:r>
        <w:rPr>
          <w:rFonts w:ascii="Times New Roman" w:hAnsi="Times New Roman"/>
          <w:b/>
          <w:i w:val="0"/>
          <w:sz w:val="32"/>
        </w:rPr>
        <w:t>21. General Formatting Guidelines</w:t>
      </w:r>
    </w:p>
    <w:p>
      <w:pPr>
        <w:spacing w:line="360" w:lineRule="auto"/>
        <w:jc w:val="left"/>
      </w:pPr>
      <w:r>
        <w:rPr>
          <w:rFonts w:ascii="Times New Roman" w:hAnsi="Times New Roman"/>
          <w:b w:val="0"/>
          <w:i w:val="0"/>
          <w:sz w:val="24"/>
        </w:rPr>
        <w:t>• Language: English for this template. The journal also accepts Arabic and other languages according to its published policies.</w:t>
      </w:r>
    </w:p>
    <w:p>
      <w:pPr>
        <w:spacing w:line="360" w:lineRule="auto"/>
        <w:jc w:val="left"/>
      </w:pPr>
      <w:r>
        <w:rPr>
          <w:rFonts w:ascii="Times New Roman" w:hAnsi="Times New Roman"/>
          <w:b w:val="0"/>
          <w:i w:val="0"/>
          <w:sz w:val="24"/>
        </w:rPr>
        <w:t>• Paper size: A4.</w:t>
      </w:r>
    </w:p>
    <w:p>
      <w:pPr>
        <w:spacing w:line="360" w:lineRule="auto"/>
        <w:jc w:val="left"/>
      </w:pPr>
      <w:r>
        <w:rPr>
          <w:rFonts w:ascii="Times New Roman" w:hAnsi="Times New Roman"/>
          <w:b w:val="0"/>
          <w:i w:val="0"/>
          <w:sz w:val="24"/>
        </w:rPr>
        <w:t>• Margins: 2.5 cm on all sides.</w:t>
      </w:r>
    </w:p>
    <w:p>
      <w:pPr>
        <w:spacing w:line="360" w:lineRule="auto"/>
        <w:jc w:val="left"/>
      </w:pPr>
      <w:r>
        <w:rPr>
          <w:rFonts w:ascii="Times New Roman" w:hAnsi="Times New Roman"/>
          <w:b w:val="0"/>
          <w:i w:val="0"/>
          <w:sz w:val="24"/>
        </w:rPr>
        <w:t>• Font: Times New Roman.</w:t>
      </w:r>
    </w:p>
    <w:p>
      <w:pPr>
        <w:spacing w:line="360" w:lineRule="auto"/>
        <w:jc w:val="left"/>
      </w:pPr>
      <w:r>
        <w:rPr>
          <w:rFonts w:ascii="Times New Roman" w:hAnsi="Times New Roman"/>
          <w:b w:val="0"/>
          <w:i w:val="0"/>
          <w:sz w:val="24"/>
        </w:rPr>
        <w:t>• Main text: 14 pt.</w:t>
      </w:r>
    </w:p>
    <w:p>
      <w:pPr>
        <w:spacing w:line="360" w:lineRule="auto"/>
        <w:jc w:val="left"/>
      </w:pPr>
      <w:r>
        <w:rPr>
          <w:rFonts w:ascii="Times New Roman" w:hAnsi="Times New Roman"/>
          <w:b w:val="0"/>
          <w:i w:val="0"/>
          <w:sz w:val="24"/>
        </w:rPr>
        <w:t>• Main headings: 14 pt, bold, according to the journal's published English formatting guidance.</w:t>
      </w:r>
    </w:p>
    <w:p>
      <w:pPr>
        <w:spacing w:line="360" w:lineRule="auto"/>
        <w:jc w:val="left"/>
      </w:pPr>
      <w:r>
        <w:rPr>
          <w:rFonts w:ascii="Times New Roman" w:hAnsi="Times New Roman"/>
          <w:b w:val="0"/>
          <w:i w:val="0"/>
          <w:sz w:val="24"/>
        </w:rPr>
        <w:t>• Subheadings: 13 pt, bold.</w:t>
      </w:r>
    </w:p>
    <w:p>
      <w:pPr>
        <w:spacing w:line="360" w:lineRule="auto"/>
        <w:jc w:val="left"/>
      </w:pPr>
      <w:r>
        <w:rPr>
          <w:rFonts w:ascii="Times New Roman" w:hAnsi="Times New Roman"/>
          <w:b w:val="0"/>
          <w:i w:val="0"/>
          <w:sz w:val="24"/>
        </w:rPr>
        <w:t>• Line spacing: 1.5.</w:t>
      </w:r>
    </w:p>
    <w:p>
      <w:pPr>
        <w:spacing w:line="360" w:lineRule="auto"/>
        <w:jc w:val="left"/>
      </w:pPr>
      <w:r>
        <w:rPr>
          <w:rFonts w:ascii="Times New Roman" w:hAnsi="Times New Roman"/>
          <w:b w:val="0"/>
          <w:i w:val="0"/>
          <w:sz w:val="24"/>
        </w:rPr>
        <w:t>• Tables, figures, maps, and illustrations should be numbered consecutively and provided with clear titles/captions.</w:t>
      </w:r>
    </w:p>
    <w:p>
      <w:pPr>
        <w:spacing w:line="360" w:lineRule="auto"/>
        <w:jc w:val="left"/>
      </w:pPr>
      <w:r>
        <w:rPr>
          <w:rFonts w:ascii="Times New Roman" w:hAnsi="Times New Roman"/>
          <w:b w:val="0"/>
          <w:i w:val="0"/>
          <w:sz w:val="24"/>
        </w:rPr>
        <w:t>• Tables and figures should be of suitable quality and directly relevant to the research.</w:t>
      </w:r>
    </w:p>
    <w:p>
      <w:pPr>
        <w:spacing w:line="360" w:lineRule="auto"/>
        <w:jc w:val="left"/>
      </w:pPr>
      <w:r>
        <w:rPr>
          <w:rFonts w:ascii="Times New Roman" w:hAnsi="Times New Roman"/>
          <w:b w:val="0"/>
          <w:i w:val="0"/>
          <w:sz w:val="24"/>
        </w:rPr>
        <w:t>• Manuscripts should normally not exceed 40 pages, except where the nature of the research requires additional tables, figures, maps, or other materials.</w:t>
      </w:r>
    </w:p>
    <w:p>
      <w:pPr>
        <w:spacing w:line="360" w:lineRule="auto"/>
        <w:jc w:val="left"/>
      </w:pPr>
      <w:r>
        <w:rPr>
          <w:rFonts w:ascii="Times New Roman" w:hAnsi="Times New Roman"/>
          <w:b w:val="0"/>
          <w:i w:val="0"/>
          <w:sz w:val="24"/>
        </w:rPr>
        <w:t>• Keywords: normally 5–8 terms.</w:t>
      </w:r>
    </w:p>
    <w:p>
      <w:pPr>
        <w:spacing w:line="360" w:lineRule="auto"/>
        <w:jc w:val="left"/>
      </w:pPr>
      <w:r>
        <w:rPr>
          <w:rFonts w:ascii="Times New Roman" w:hAnsi="Times New Roman"/>
          <w:b w:val="0"/>
          <w:i w:val="0"/>
          <w:sz w:val="24"/>
        </w:rPr>
        <w:t>• Abstract: up to approximately 500 words; an Arabic abstract should also be provided where required by the journal.</w:t>
      </w:r>
    </w:p>
    <w:p>
      <w:pPr>
        <w:spacing w:line="360" w:lineRule="auto"/>
        <w:jc w:val="left"/>
      </w:pPr>
      <w:r>
        <w:rPr>
          <w:rFonts w:ascii="Times New Roman" w:hAnsi="Times New Roman"/>
          <w:b w:val="0"/>
          <w:i w:val="0"/>
          <w:sz w:val="24"/>
        </w:rPr>
        <w:t>• Use APA 7 consistently for in-text citations and the reference list.</w:t>
      </w:r>
    </w:p>
    <w:p>
      <w:pPr>
        <w:spacing w:line="360" w:lineRule="auto"/>
        <w:jc w:val="left"/>
      </w:pPr>
      <w:r>
        <w:rPr>
          <w:rFonts w:ascii="Times New Roman" w:hAnsi="Times New Roman"/>
          <w:b w:val="0"/>
          <w:i w:val="0"/>
          <w:sz w:val="24"/>
        </w:rPr>
        <w:t>• Delete all instructional and placeholder text before submitting the final manuscript.</w:t>
      </w:r>
    </w:p>
    <w:p>
      <w:pPr>
        <w:spacing w:line="360" w:lineRule="auto"/>
        <w:jc w:val="left"/>
      </w:pPr>
      <w:r>
        <w:rPr>
          <w:rFonts w:ascii="Times New Roman" w:hAnsi="Times New Roman"/>
          <w:b/>
          <w:i w:val="0"/>
          <w:sz w:val="32"/>
        </w:rPr>
        <w:t>22. Submission and Ethical Checklist</w:t>
      </w:r>
    </w:p>
    <w:p>
      <w:pPr>
        <w:spacing w:line="360" w:lineRule="auto"/>
        <w:jc w:val="left"/>
      </w:pPr>
      <w:r>
        <w:rPr>
          <w:rFonts w:ascii="Times New Roman" w:hAnsi="Times New Roman"/>
          <w:b w:val="0"/>
          <w:i w:val="0"/>
          <w:sz w:val="24"/>
        </w:rPr>
        <w:t>☐ The manuscript is original and has not been previously published or submitted elsewhere.</w:t>
      </w:r>
    </w:p>
    <w:p>
      <w:pPr>
        <w:spacing w:line="360" w:lineRule="auto"/>
        <w:jc w:val="left"/>
      </w:pPr>
      <w:r>
        <w:rPr>
          <w:rFonts w:ascii="Times New Roman" w:hAnsi="Times New Roman"/>
          <w:b w:val="0"/>
          <w:i w:val="0"/>
          <w:sz w:val="24"/>
        </w:rPr>
        <w:t>☐ The manuscript falls within the scope of humanities and social sciences.</w:t>
      </w:r>
    </w:p>
    <w:p>
      <w:pPr>
        <w:spacing w:line="360" w:lineRule="auto"/>
        <w:jc w:val="left"/>
      </w:pPr>
      <w:r>
        <w:rPr>
          <w:rFonts w:ascii="Times New Roman" w:hAnsi="Times New Roman"/>
          <w:b w:val="0"/>
          <w:i w:val="0"/>
          <w:sz w:val="24"/>
        </w:rPr>
        <w:t>☐ All authors have approved the submitted version.</w:t>
      </w:r>
    </w:p>
    <w:p>
      <w:pPr>
        <w:spacing w:line="360" w:lineRule="auto"/>
        <w:jc w:val="left"/>
      </w:pPr>
      <w:r>
        <w:rPr>
          <w:rFonts w:ascii="Times New Roman" w:hAnsi="Times New Roman"/>
          <w:b w:val="0"/>
          <w:i w:val="0"/>
          <w:sz w:val="24"/>
        </w:rPr>
        <w:t>☐ All sources have been properly cited and listed in the references.</w:t>
      </w:r>
    </w:p>
    <w:p>
      <w:pPr>
        <w:spacing w:line="360" w:lineRule="auto"/>
        <w:jc w:val="left"/>
      </w:pPr>
      <w:r>
        <w:rPr>
          <w:rFonts w:ascii="Times New Roman" w:hAnsi="Times New Roman"/>
          <w:b w:val="0"/>
          <w:i w:val="0"/>
          <w:sz w:val="24"/>
        </w:rPr>
        <w:t>☐ The manuscript has been checked for language, formatting, and academic integrity.</w:t>
      </w:r>
    </w:p>
    <w:p>
      <w:pPr>
        <w:spacing w:line="360" w:lineRule="auto"/>
        <w:jc w:val="left"/>
      </w:pPr>
      <w:r>
        <w:rPr>
          <w:rFonts w:ascii="Times New Roman" w:hAnsi="Times New Roman"/>
          <w:b w:val="0"/>
          <w:i w:val="0"/>
          <w:sz w:val="24"/>
        </w:rPr>
        <w:t>☐ Any required declarations concerning funding and conflicts of interest have been completed.</w:t>
      </w:r>
    </w:p>
    <w:p>
      <w:pPr>
        <w:spacing w:line="360" w:lineRule="auto"/>
        <w:jc w:val="left"/>
      </w:pPr>
      <w:r>
        <w:rPr>
          <w:rFonts w:ascii="Times New Roman" w:hAnsi="Times New Roman"/>
          <w:b w:val="0"/>
          <w:i w:val="0"/>
          <w:sz w:val="24"/>
        </w:rPr>
        <w:t>☐ The manuscript is prepared for the journal's double-blind peer-review process; author-identifying information should be removed from the blinded manuscript where required.</w:t>
      </w:r>
    </w:p>
    <w:p>
      <w:pPr>
        <w:spacing w:line="360" w:lineRule="auto"/>
        <w:jc w:val="left"/>
      </w:pPr>
      <w:r>
        <w:rPr>
          <w:rFonts w:ascii="Times New Roman" w:hAnsi="Times New Roman"/>
          <w:b/>
          <w:i w:val="0"/>
          <w:sz w:val="32"/>
        </w:rPr>
        <w:t>Editorial Note to Authors</w:t>
      </w:r>
    </w:p>
    <w:p>
      <w:pPr>
        <w:spacing w:line="360" w:lineRule="auto"/>
        <w:jc w:val="left"/>
      </w:pPr>
      <w:r>
        <w:rPr>
          <w:rFonts w:ascii="Times New Roman" w:hAnsi="Times New Roman"/>
          <w:b w:val="0"/>
          <w:i w:val="0"/>
          <w:sz w:val="28"/>
        </w:rPr>
        <w:t>This template is designed to facilitate manuscript preparation and reflect the journal's published author guidance. Authors must also comply with the latest instructions on the journal website, including ethical policies, peer-review procedures, originality/similarity screening, open-access and licensing requirements, and any updated submission requirements.</w:t>
      </w:r>
    </w:p>
    <w:sectPr w:rsidR="00FC693F" w:rsidRPr="0006063C" w:rsidSect="00034616">
      <w:headerReference w:type="default" r:id="rId9"/>
      <w:footerReference w:type="default" r:id="rId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6"/>
      </w:rPr>
      <w:t>The American International Journal of Humanities and Social Sciences (AIJHSS) | https://iajphss.us/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Times New Roman" w:hAnsi="Times New Roman"/>
        <w:b/>
        <w:sz w:val="20"/>
      </w:rPr>
      <w:t>The American International Journal of Humanities and Social Sciences (AIJHSS)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pPr>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